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Requirements</w:t>
      </w:r>
    </w:p>
    <w:p>
      <w:pPr>
        <w:pStyle w:val="Heading1"/>
      </w:pPr>
      <w:r>
        <w:t>Requirements</w:t>
      </w:r>
    </w:p>
    <w:p>
      <w:pPr>
        <w:pStyle w:val="Heading2"/>
      </w:pPr>
      <w:r>
        <w:t>1. Functional Requirements</w:t>
      </w:r>
    </w:p>
    <w:p>
      <w:pPr>
        <w:pStyle w:val="Heading3"/>
      </w:pPr>
      <w:r>
        <w:t>1.1 Order Creation and Management</w:t>
      </w:r>
    </w:p>
    <w:p>
      <w:pPr>
        <w:pStyle w:val="ListBullet"/>
      </w:pPr>
      <w:r>
        <w:t>The system shall allow creation of a single order per API request. Bulk or batch order creation is not supported in the current implementation. ([KB-459cbd85-fb6b-4a7e-8a36-e5f711cac6b9], [KB-4c9591c9-34d5-42b1-a0e2-1de20131159c])</w:t>
      </w:r>
    </w:p>
    <w:p>
      <w:pPr>
        <w:pStyle w:val="ListBullet"/>
      </w:pPr>
      <w:r>
        <w:t>Each order must include customer information (name, email), item details (product name, quantity, unit price), and currency. ([KB-0e0f1dd0-0f46-4d13-a092-e3cdc6fdd205])</w:t>
      </w:r>
    </w:p>
    <w:p>
      <w:pPr>
        <w:pStyle w:val="ListBullet"/>
      </w:pPr>
      <w:r>
        <w:t>The total amount for the order shall be automatically calculated as the sum of (quantity × unit price) for all items. ([KB-0e0f1dd0-0f46-4d13-a092-e3cdc6fdd205])</w:t>
      </w:r>
    </w:p>
    <w:p>
      <w:pPr>
        <w:pStyle w:val="ListBullet"/>
      </w:pPr>
      <w:r>
        <w:t>Order status transitions are supported: PENDING → PROCESSING</w:t>
      </w:r>
      <w:r>
        <w:t>_</w:t>
      </w:r>
      <w:r>
        <w:t>PAYMENT → PAID → SHIPPED → DELIVERED. ([KB-55d6e023-2c8e-49db-9409-68b9e9ed721f])</w:t>
      </w:r>
    </w:p>
    <w:p>
      <w:pPr>
        <w:pStyle w:val="ListBullet"/>
      </w:pPr>
      <w:r>
        <w:t>Order cancellation is supported and transitions the status to CANCELLED. ([KB-55d6e023-2c8e-49db-9409-68b9e9ed721f])</w:t>
      </w:r>
    </w:p>
    <w:p>
      <w:pPr>
        <w:pStyle w:val="Heading3"/>
      </w:pPr>
      <w:r>
        <w:t>1.2 Payment Processing</w:t>
      </w:r>
    </w:p>
    <w:p>
      <w:pPr>
        <w:pStyle w:val="ListBullet"/>
      </w:pPr>
      <w:r>
        <w:t>Payment processing is performed for a single order per API request. Batch payment processing is not supported. ([KB-8072a75f-d61d-49b1-a859-1be86806c449], [KB-8ca26148-03e1-4184-a736-624e14448df9])</w:t>
      </w:r>
    </w:p>
    <w:p>
      <w:pPr>
        <w:pStyle w:val="ListBullet"/>
      </w:pPr>
      <w:r>
        <w:t>Payment amount must be validated: minimum 100 JPY, maximum 1,000,000 JPY per transaction. ([KB-8072a75f-d61d-49b1-a859-1be86806c449], [KB-299da2e5-721b-4ab1-9bb0-cd2d0f03c8c6])</w:t>
      </w:r>
    </w:p>
    <w:p>
      <w:pPr>
        <w:pStyle w:val="ListBullet"/>
      </w:pPr>
      <w:r>
        <w:t>Duplicate payment requests for the same order</w:t>
      </w:r>
      <w:r>
        <w:t>_</w:t>
      </w:r>
      <w:r>
        <w:t>id are rejected. ([KB-8072a75f-d61d-49b1-a859-1be86806c449], [KB-299da2e5-721b-4ab1-9bb0-cd2d0f03c8c6])</w:t>
      </w:r>
    </w:p>
    <w:p>
      <w:pPr>
        <w:pStyle w:val="ListBullet"/>
      </w:pPr>
      <w:r>
        <w:t>Each order has a 1:1 relationship with a payment. ([KB-299da2e5-721b-4ab1-9bb0-cd2d0f03c8c6])</w:t>
      </w:r>
    </w:p>
    <w:p>
      <w:pPr>
        <w:pStyle w:val="ListBullet"/>
      </w:pPr>
      <w:r>
        <w:t>Refund processing is supported for completed payments. ([KB-299da2e5-721b-4ab1-9bb0-cd2d0f03c8c6], [KB-8072a75f-d61d-49b1-a859-1be86806c449])</w:t>
      </w:r>
    </w:p>
    <w:p>
      <w:pPr>
        <w:pStyle w:val="Heading3"/>
      </w:pPr>
      <w:r>
        <w:t>1.3 Notification Service</w:t>
      </w:r>
    </w:p>
    <w:p>
      <w:pPr>
        <w:pStyle w:val="ListBullet"/>
      </w:pPr>
      <w:r>
        <w:t>The system shall send email notifications for individual orders using templates. ([KB-6155f440-0799-44eb-851f-9a5b81fbbcf8])</w:t>
      </w:r>
    </w:p>
    <w:p>
      <w:pPr>
        <w:pStyle w:val="ListBullet"/>
      </w:pPr>
      <w:r>
        <w:t>The system shall send SMS notifications for individual orders using templates. ([KB-6155f440-0799-44eb-851f-9a5b81fbbcf8])</w:t>
      </w:r>
    </w:p>
    <w:p>
      <w:pPr>
        <w:pStyle w:val="ListBullet"/>
      </w:pPr>
      <w:r>
        <w:t>Three notification templates are supported: ORDER</w:t>
      </w:r>
      <w:r>
        <w:rPr>
          <w:i/>
        </w:rPr>
        <w:t>CONFIRMATION, ORDER</w:t>
      </w:r>
      <w:r>
        <w:t>SHIPPED, ORDER</w:t>
      </w:r>
      <w:r>
        <w:t>_</w:t>
      </w:r>
      <w:r>
        <w:t>CANCELLED. ([KB-6155f440-0799-44eb-851f-9a5b81fbbcf8])</w:t>
      </w:r>
    </w:p>
    <w:p>
      <w:pPr>
        <w:pStyle w:val="ListBullet"/>
      </w:pPr>
      <w:r>
        <w:t>Templates use Jinja2-style variable substitution and support Japanese language content. ([KB-6155f440-0799-44eb-851f-9a5b81fbbcf8], [KB-3133bf0e-2d7c-4477-9e36-c8548c037b2c])</w:t>
      </w:r>
    </w:p>
    <w:p>
      <w:pPr>
        <w:pStyle w:val="ListBullet"/>
      </w:pPr>
      <w:r>
        <w:t>Notification delivery status is tracked (PENDING, SENT, FAILED). ([KB-6155f440-0799-44eb-851f-9a5b81fbbcf8])</w:t>
      </w:r>
    </w:p>
    <w:p>
      <w:pPr>
        <w:pStyle w:val="ListBullet"/>
      </w:pPr>
      <w:r>
        <w:t>Notification history can be retrieved by notification ID or by order ID. ([KB-6155f440-0799-44eb-851f-9a5b81fbbcf8])</w:t>
      </w:r>
    </w:p>
    <w:p>
      <w:pPr>
        <w:pStyle w:val="Heading3"/>
      </w:pPr>
      <w:r>
        <w:t>1.4 API Endpoints</w:t>
      </w:r>
    </w:p>
    <w:p>
      <w:pPr>
        <w:pStyle w:val="Heading4"/>
      </w:pPr>
      <w:r>
        <w:t>Order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/api/v1/orders/</w:t>
            </w:r>
          </w:p>
        </w:tc>
        <w:tc>
          <w:tcPr>
            <w:tcW w:type="dxa" w:w="4320"/>
          </w:tcPr>
          <w:p>
            <w:r>
              <w:t>Create single order</w:t>
            </w:r>
          </w:p>
        </w:tc>
      </w:tr>
      <w:tr>
        <w:tc>
          <w:tcPr>
            <w:tcW w:type="dxa" w:w="4320"/>
          </w:tcPr>
          <w:p>
            <w:r>
              <w:t>GET /api/v1/orders/</w:t>
            </w:r>
          </w:p>
        </w:tc>
        <w:tc>
          <w:tcPr>
            <w:tcW w:type="dxa" w:w="4320"/>
          </w:tcPr>
          <w:p>
            <w:r>
              <w:t>List orders (pagination: skip, limit)</w:t>
            </w:r>
          </w:p>
        </w:tc>
      </w:tr>
      <w:tr>
        <w:tc>
          <w:tcPr>
            <w:tcW w:type="dxa" w:w="4320"/>
          </w:tcPr>
          <w:p>
            <w:r>
              <w:t>GET /api/v1/orders/{order_id}</w:t>
            </w:r>
          </w:p>
        </w:tc>
        <w:tc>
          <w:tcPr>
            <w:tcW w:type="dxa" w:w="4320"/>
          </w:tcPr>
          <w:p>
            <w:r>
              <w:t>Get order details</w:t>
            </w:r>
          </w:p>
        </w:tc>
      </w:tr>
      <w:tr>
        <w:tc>
          <w:tcPr>
            <w:tcW w:type="dxa" w:w="4320"/>
          </w:tcPr>
          <w:p>
            <w:r>
              <w:t>PUT /api/v1/orders/{order_id}/status</w:t>
            </w:r>
          </w:p>
        </w:tc>
        <w:tc>
          <w:tcPr>
            <w:tcW w:type="dxa" w:w="4320"/>
          </w:tcPr>
          <w:p>
            <w:r>
              <w:t>Update order status</w:t>
            </w:r>
          </w:p>
        </w:tc>
      </w:tr>
      <w:tr>
        <w:tc>
          <w:tcPr>
            <w:tcW w:type="dxa" w:w="4320"/>
          </w:tcPr>
          <w:p>
            <w:r>
              <w:t>DELETE /api/v1/orders/{order_id}</w:t>
            </w:r>
          </w:p>
        </w:tc>
        <w:tc>
          <w:tcPr>
            <w:tcW w:type="dxa" w:w="4320"/>
          </w:tcPr>
          <w:p>
            <w:r>
              <w:t>Cancel order (triggers refund + notification)</w:t>
            </w:r>
          </w:p>
        </w:tc>
      </w:tr>
      <w:tr>
        <w:tc>
          <w:tcPr>
            <w:tcW w:type="dxa" w:w="4320"/>
          </w:tcPr>
          <w:p>
            <w:r>
              <w:t>POST /api/v1/orders/{order_id}/webhook</w:t>
            </w:r>
          </w:p>
        </w:tc>
        <w:tc>
          <w:tcPr>
            <w:tcW w:type="dxa" w:w="4320"/>
          </w:tcPr>
          <w:p>
            <w:r>
              <w:t>Receive payment status update (single order)</w:t>
            </w:r>
          </w:p>
        </w:tc>
      </w:tr>
    </w:tbl>
    <w:p>
      <w:r>
        <w:t>([KB-459cbd85-fb6b-4a7e-8a36-e5f711cac6b9], [KB-4287fde1-e2d9-4e31-8f2f-5c3f64f00add], [KB-69d55b34-e506-4b4e-a043-ef842030f397])</w:t>
      </w:r>
    </w:p>
    <w:p>
      <w:pPr>
        <w:pStyle w:val="Heading4"/>
      </w:pPr>
      <w:r>
        <w:t>Payment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/api/v1/payments/</w:t>
            </w:r>
          </w:p>
        </w:tc>
        <w:tc>
          <w:tcPr>
            <w:tcW w:type="dxa" w:w="4320"/>
          </w:tcPr>
          <w:p>
            <w:r>
              <w:t>Process payment for single order</w:t>
            </w:r>
          </w:p>
        </w:tc>
      </w:tr>
      <w:tr>
        <w:tc>
          <w:tcPr>
            <w:tcW w:type="dxa" w:w="4320"/>
          </w:tcPr>
          <w:p>
            <w:r>
              <w:t>GET /api/v1/payments/{payment_id}</w:t>
            </w:r>
          </w:p>
        </w:tc>
        <w:tc>
          <w:tcPr>
            <w:tcW w:type="dxa" w:w="4320"/>
          </w:tcPr>
          <w:p>
            <w:r>
              <w:t>Retrieve payment details</w:t>
            </w:r>
          </w:p>
        </w:tc>
      </w:tr>
      <w:tr>
        <w:tc>
          <w:tcPr>
            <w:tcW w:type="dxa" w:w="4320"/>
          </w:tcPr>
          <w:p>
            <w:r>
              <w:t>GET /api/v1/payments/order/{order_id}</w:t>
            </w:r>
          </w:p>
        </w:tc>
        <w:tc>
          <w:tcPr>
            <w:tcW w:type="dxa" w:w="4320"/>
          </w:tcPr>
          <w:p>
            <w:r>
              <w:t>Retrieve payment for specific order</w:t>
            </w:r>
          </w:p>
        </w:tc>
      </w:tr>
      <w:tr>
        <w:tc>
          <w:tcPr>
            <w:tcW w:type="dxa" w:w="4320"/>
          </w:tcPr>
          <w:p>
            <w:r>
              <w:t>POST /api/v1/payments/refund</w:t>
            </w:r>
          </w:p>
        </w:tc>
        <w:tc>
          <w:tcPr>
            <w:tcW w:type="dxa" w:w="4320"/>
          </w:tcPr>
          <w:p>
            <w:r>
              <w:t>Process refund for completed payment</w:t>
            </w:r>
          </w:p>
        </w:tc>
      </w:tr>
    </w:tbl>
    <w:p>
      <w:r>
        <w:t>([KB-8072a75f-d61d-49b1-a859-1be86806c449], [KB-36050440-5a8a-4389-8690-8fd0a46f5cd3])</w:t>
      </w:r>
    </w:p>
    <w:p>
      <w:pPr>
        <w:pStyle w:val="Heading4"/>
      </w:pPr>
      <w:r>
        <w:t>Notification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/api/v1/notifications/email</w:t>
            </w:r>
          </w:p>
        </w:tc>
        <w:tc>
          <w:tcPr>
            <w:tcW w:type="dxa" w:w="4320"/>
          </w:tcPr>
          <w:p>
            <w:r>
              <w:t>Send single email notification (rate limit: 10/sec)</w:t>
            </w:r>
          </w:p>
        </w:tc>
      </w:tr>
      <w:tr>
        <w:tc>
          <w:tcPr>
            <w:tcW w:type="dxa" w:w="4320"/>
          </w:tcPr>
          <w:p>
            <w:r>
              <w:t>POST /api/v1/notifications/sms</w:t>
            </w:r>
          </w:p>
        </w:tc>
        <w:tc>
          <w:tcPr>
            <w:tcW w:type="dxa" w:w="4320"/>
          </w:tcPr>
          <w:p>
            <w:r>
              <w:t>Send single SMS notification</w:t>
            </w:r>
          </w:p>
        </w:tc>
      </w:tr>
      <w:tr>
        <w:tc>
          <w:tcPr>
            <w:tcW w:type="dxa" w:w="4320"/>
          </w:tcPr>
          <w:p>
            <w:r>
              <w:t>GET /api/v1/notifications/{notification_id}</w:t>
            </w:r>
          </w:p>
        </w:tc>
        <w:tc>
          <w:tcPr>
            <w:tcW w:type="dxa" w:w="4320"/>
          </w:tcPr>
          <w:p>
            <w:r>
              <w:t>Retrieve notification by ID</w:t>
            </w:r>
          </w:p>
        </w:tc>
      </w:tr>
      <w:tr>
        <w:tc>
          <w:tcPr>
            <w:tcW w:type="dxa" w:w="4320"/>
          </w:tcPr>
          <w:p>
            <w:r>
              <w:t>GET /api/v1/notifications/order/{order_id}</w:t>
            </w:r>
          </w:p>
        </w:tc>
        <w:tc>
          <w:tcPr>
            <w:tcW w:type="dxa" w:w="4320"/>
          </w:tcPr>
          <w:p>
            <w:r>
              <w:t>Retrieve all notifications for an order</w:t>
            </w:r>
          </w:p>
        </w:tc>
      </w:tr>
    </w:tbl>
    <w:p>
      <w:r>
        <w:t>([KB-582e7673-bd66-493e-b511-017708ae9326], [KB-2414677b-6e22-47f5-917c-2ed718d86fd4])</w:t>
      </w:r>
    </w:p>
    <w:p>
      <w:pPr>
        <w:pStyle w:val="Heading3"/>
      </w:pPr>
      <w:r>
        <w:t>1.5 Cross-Service Integration</w:t>
      </w:r>
    </w:p>
    <w:p>
      <w:pPr>
        <w:pStyle w:val="ListBullet"/>
      </w:pPr>
      <w:r>
        <w:t>Payment Service notifies Order Service of payment status via webhook (POST /api/v1/orders/{order</w:t>
      </w:r>
      <w:r>
        <w:t>_</w:t>
      </w:r>
      <w:r>
        <w:t>id}/webhook). ([KB-69d55b34-e506-4b4e-a043-ef842030f397], [KB-4bd8168d-aed4-41eb-8733-2ab9d82daa22])</w:t>
      </w:r>
    </w:p>
    <w:p>
      <w:pPr>
        <w:pStyle w:val="ListBullet"/>
      </w:pPr>
      <w:r>
        <w:t>Order Service triggers Notification Service for order creation, status change, and cancellation. ([KB-5a54adc1-e1bc-4649-9fe6-237c50ce768c])</w:t>
      </w:r>
    </w:p>
    <w:p>
      <w:pPr>
        <w:pStyle w:val="Heading3"/>
      </w:pPr>
      <w:r>
        <w:t>1.6 Data Validation and Error Handling</w:t>
      </w:r>
    </w:p>
    <w:p>
      <w:pPr>
        <w:pStyle w:val="ListBullet"/>
      </w:pPr>
      <w:r>
        <w:t>Input validation is enforced on all DTOs. ([KB-64681fc4-a9bf-458e-bc2d-eb3fb009161b])</w:t>
      </w:r>
    </w:p>
    <w:p>
      <w:pPr>
        <w:pStyle w:val="ListBullet"/>
      </w:pPr>
      <w:r>
        <w:t>Common error responses follow RFC 7807 Problem Details for HTTP APIs. ([KB-6353c73b-fdb1-409c-9679-739f0ab68585], [KB-4c9591c9-34d5-42b1-a0e2-1de20131159c])</w:t>
      </w:r>
    </w:p>
    <w:p>
      <w:pPr>
        <w:pStyle w:val="ListBullet"/>
      </w:pPr>
      <w:r>
        <w:t>Payment errors: 400 for amount out of range or duplicate order</w:t>
      </w:r>
      <w:r>
        <w:t>_</w:t>
      </w:r>
      <w:r>
        <w:t>id. ([KB-8072a75f-d61d-49b1-a859-1be86806c449], [KB-36050440-5a8a-4389-8690-8fd0a46f5cd3])</w:t>
      </w:r>
    </w:p>
    <w:p>
      <w:pPr>
        <w:pStyle w:val="Heading3"/>
      </w:pPr>
      <w:r>
        <w:t>1.7 Security and Access Control</w:t>
      </w:r>
    </w:p>
    <w:p>
      <w:pPr>
        <w:pStyle w:val="ListBullet"/>
      </w:pPr>
      <w:r>
        <w:t>Authentication is implemented using OAuth 2.0 Bearer tokens (JWT). ([KB-64681fc4-a9bf-458e-bc2d-eb3fb009161b])</w:t>
      </w:r>
    </w:p>
    <w:p>
      <w:pPr>
        <w:pStyle w:val="ListBullet"/>
      </w:pPr>
      <w:r>
        <w:t>Authorization is enforced using @PreAuthorize with role and attribute checks. ([KB-64681fc4-a9bf-458e-bc2d-eb3fb009161b])</w:t>
      </w:r>
    </w:p>
    <w:p>
      <w:pPr>
        <w:pStyle w:val="ListBullet"/>
      </w:pPr>
      <w:r>
        <w:t>Rate limiting: 100 requests/min per user, 1000 requests/min per service. ([KB-64681fc4-a9bf-458e-bc2d-eb3fb009161b])</w:t>
      </w:r>
    </w:p>
    <w:p>
      <w:pPr>
        <w:pStyle w:val="ListBullet"/>
      </w:pPr>
      <w:r>
        <w:t>TLS 1.3 minimum is required. ([KB-64681fc4-a9bf-458e-bc2d-eb3fb009161b])</w:t>
      </w:r>
    </w:p>
    <w:p>
      <w:pPr>
        <w:pStyle w:val="ListBullet"/>
      </w:pPr>
      <w:r>
        <w:t>CORS is whitelist-based, per environment. ([KB-64681fc4-a9bf-458e-bc2d-eb3fb009161b])</w:t>
      </w:r>
    </w:p>
    <w:p>
      <w:pPr>
        <w:pStyle w:val="ListBullet"/>
      </w:pPr>
      <w:r>
        <w:t>Audit logging: every API call is logged with correlation ID. ([KB-64681fc4-a9bf-458e-bc2d-eb3fb009161b])</w:t>
      </w:r>
    </w:p>
    <w:p>
      <w:pPr>
        <w:pStyle w:val="ListBullet"/>
      </w:pPr>
      <w:r>
        <w:t>PHI must never be included in URLs or query parameters, nor logged (resource IDs only). ([KB-64681fc4-a9bf-458e-bc2d-eb3fb009161b])</w:t>
      </w:r>
    </w:p>
    <w:p>
      <w:pPr>
        <w:pStyle w:val="Heading2"/>
      </w:pPr>
      <w:r>
        <w:t>2. Constraints</w:t>
      </w:r>
    </w:p>
    <w:p>
      <w:pPr>
        <w:pStyle w:val="ListBullet"/>
      </w:pPr>
      <w:r>
        <w:t>Only single order creation and payment are supported per API request; bulk/batch operations are not available. ([KB-459cbd85-fb6b-4a7e-8a36-e5f711cac6b9], [KB-8072a75f-d61d-49b1-a859-1be86806c449])</w:t>
      </w:r>
    </w:p>
    <w:p>
      <w:pPr>
        <w:pStyle w:val="ListBullet"/>
      </w:pPr>
      <w:r>
        <w:t>Payment amount per transaction is limited to 1,000,000 JPY. ([KB-8072a75f-d61d-49b1-a859-1be86806c449], [KB-299da2e5-721b-4ab1-9bb0-cd2d0f03c8c6])</w:t>
      </w:r>
    </w:p>
    <w:p>
      <w:pPr>
        <w:pStyle w:val="ListBullet"/>
      </w:pPr>
      <w:r>
        <w:t>Duplicate payments for the same order are not allowed. ([KB-8072a75f-d61d-49b1-a859-1be86806c449], [KB-299da2e5-721b-4ab1-9bb0-cd2d0f03c8c6])</w:t>
      </w:r>
    </w:p>
    <w:p>
      <w:pPr>
        <w:pStyle w:val="ListBullet"/>
      </w:pPr>
      <w:r>
        <w:t>Notification Service sends one notification per request; batch notification sending is not supported. ([KB-582e7673-bd66-493e-b511-017708ae9326])</w:t>
      </w:r>
    </w:p>
    <w:p>
      <w:pPr>
        <w:pStyle w:val="ListBullet"/>
      </w:pPr>
      <w:r>
        <w:t>Notification template rendering is performed per notification; batch rendering optimization is not available. ([KB-3133bf0e-2d7c-4477-9e36-c8548c037b2c])</w:t>
      </w:r>
    </w:p>
    <w:p>
      <w:pPr>
        <w:pStyle w:val="Heading2"/>
      </w:pPr>
      <w:r>
        <w:t>3. Data Requirements</w:t>
      </w:r>
    </w:p>
    <w:p>
      <w:pPr>
        <w:pStyle w:val="ListBullet"/>
      </w:pPr>
      <w:r>
        <w:t>Orders must include customer name, email, item details, and currency. ([KB-0e0f1dd0-0f46-4d13-a092-e3cdc6fdd205])</w:t>
      </w:r>
    </w:p>
    <w:p>
      <w:pPr>
        <w:pStyle w:val="ListBullet"/>
      </w:pPr>
      <w:r>
        <w:t>Payment records must include order</w:t>
      </w:r>
      <w:r>
        <w:rPr>
          <w:i/>
        </w:rPr>
        <w:t>id, amount, currency, status, payment method, transaction</w:t>
      </w:r>
      <w:r>
        <w:t>id, timestamps. ([KB-90c1a181-8f6a-4efe-be94-d7a6c0e37f5a])</w:t>
      </w:r>
    </w:p>
    <w:p>
      <w:pPr>
        <w:pStyle w:val="ListBullet"/>
      </w:pPr>
      <w:r>
        <w:t>Notification records must include order</w:t>
      </w:r>
      <w:r>
        <w:rPr>
          <w:i/>
        </w:rPr>
        <w:t>id, channel, template</w:t>
      </w:r>
      <w:r>
        <w:t>name, recipient, subject, body, status, sent</w:t>
      </w:r>
      <w:r>
        <w:rPr>
          <w:i/>
        </w:rPr>
        <w:t>at, created</w:t>
      </w:r>
      <w:r>
        <w:t>at. ([KB-258b5996-5aad-4f5f-acd2-8e458c49f884])</w:t>
      </w:r>
    </w:p>
    <w:p>
      <w:pPr>
        <w:pStyle w:val="Heading2"/>
      </w:pPr>
      <w:r>
        <w:t>4. Interface Requirements</w:t>
      </w:r>
    </w:p>
    <w:p>
      <w:pPr>
        <w:pStyle w:val="ListBullet"/>
      </w:pPr>
      <w:r>
        <w:t>All API endpoints must accept and return JSON payloads. ([KB-4c9591c9-34d5-42b1-a0e2-1de20131159c], [KB-582e7673-bd66-493e-b511-017708ae9326])</w:t>
      </w:r>
    </w:p>
    <w:p>
      <w:pPr>
        <w:pStyle w:val="ListBullet"/>
      </w:pPr>
      <w:r>
        <w:t>Pagination parameters (skip, limit) are supported for order listing. ([KB-459cbd85-fb6b-4a7e-8a36-e5f711cac6b9])</w:t>
      </w:r>
    </w:p>
    <w:p>
      <w:pPr>
        <w:pStyle w:val="ListBullet"/>
      </w:pPr>
      <w:r>
        <w:t>Notification retrieval supports both notification ID and order ID. ([KB-6155f440-0799-44eb-851f-9a5b81fbbcf8], [KB-2414677b-6e22-47f5-917c-2ed718d86fd4])</w:t>
      </w:r>
    </w:p>
    <w:p>
      <w:pPr>
        <w:pStyle w:val="Heading2"/>
      </w:pPr>
      <w:r>
        <w:t>5. Performance Requirements</w:t>
      </w:r>
    </w:p>
    <w:p>
      <w:pPr>
        <w:pStyle w:val="ListBullet"/>
      </w:pPr>
      <w:r>
        <w:t>[GAP: Missing data for Requirements]</w:t>
      </w:r>
    </w:p>
    <w:p>
      <w:pPr>
        <w:pStyle w:val="Heading2"/>
      </w:pPr>
      <w:r>
        <w:t>6. Usability Requirements</w:t>
      </w:r>
    </w:p>
    <w:p>
      <w:pPr>
        <w:pStyle w:val="ListBullet"/>
      </w:pPr>
      <w:r>
        <w:t>[GAP: Missing data for Requirements]</w:t>
      </w:r>
    </w:p>
    <w:p>
      <w:pPr>
        <w:pStyle w:val="Heading2"/>
      </w:pPr>
      <w:r>
        <w:t>7. Reliability Requirements</w:t>
      </w:r>
    </w:p>
    <w:p>
      <w:pPr>
        <w:pStyle w:val="ListBullet"/>
      </w:pPr>
      <w:r>
        <w:t>[GAP: Missing data for Requirements]</w:t>
      </w:r>
    </w:p>
    <w:p>
      <w:pPr>
        <w:pStyle w:val="Heading2"/>
      </w:pPr>
      <w:r>
        <w:t>8. Security Requirements</w:t>
      </w:r>
    </w:p>
    <w:p>
      <w:pPr>
        <w:pStyle w:val="ListBullet"/>
      </w:pPr>
      <w:r>
        <w:t>Authentication and authorization as described in Section 1.7. ([KB-64681fc4-a9bf-458e-bc2d-eb3fb009161b])</w:t>
      </w:r>
    </w:p>
    <w:p>
      <w:pPr>
        <w:pStyle w:val="ListBullet"/>
      </w:pPr>
      <w:r>
        <w:t>Rate limiting and audit logging as described in Section 1.7. ([KB-64681fc4-a9bf-458e-bc2d-eb3fb009161b])</w:t>
      </w:r>
    </w:p>
    <w:p>
      <w:r>
        <w:t>---</w:t>
      </w:r>
    </w:p>
    <w:p>
      <w:r>
        <w:rPr>
          <w:b/>
        </w:rPr>
        <w:t>References:</w:t>
      </w:r>
    </w:p>
    <w:p>
      <w:pPr>
        <w:pStyle w:val="ListBullet"/>
      </w:pPr>
      <w:r>
        <w:t>[KB-459cbd85-fb6b-4a7e-8a36-e5f711cac6b9]</w:t>
      </w:r>
    </w:p>
    <w:p>
      <w:pPr>
        <w:pStyle w:val="ListBullet"/>
      </w:pPr>
      <w:r>
        <w:t>[KB-4c9591c9-34d5-42b1-a0e2-1de20131159c]</w:t>
      </w:r>
    </w:p>
    <w:p>
      <w:pPr>
        <w:pStyle w:val="ListBullet"/>
      </w:pPr>
      <w:r>
        <w:t>[KB-8072a75f-d61d-49b1-a859-1be86806c449]</w:t>
      </w:r>
    </w:p>
    <w:p>
      <w:pPr>
        <w:pStyle w:val="ListBullet"/>
      </w:pPr>
      <w:r>
        <w:t>[KB-299da2e5-721b-4ab1-9bb0-cd2d0f03c8c6]</w:t>
      </w:r>
    </w:p>
    <w:p>
      <w:pPr>
        <w:pStyle w:val="ListBullet"/>
      </w:pPr>
      <w:r>
        <w:t>[KB-6155f440-0799-44eb-851f-9a5b81fbbcf8]</w:t>
      </w:r>
    </w:p>
    <w:p>
      <w:pPr>
        <w:pStyle w:val="ListBullet"/>
      </w:pPr>
      <w:r>
        <w:t>[KB-582e7673-bd66-493e-b511-017708ae9326]</w:t>
      </w:r>
    </w:p>
    <w:p>
      <w:pPr>
        <w:pStyle w:val="ListBullet"/>
      </w:pPr>
      <w:r>
        <w:t>[KB-3133bf0e-2d7c-4477-9e36-c8548c037b2c]</w:t>
      </w:r>
    </w:p>
    <w:p>
      <w:pPr>
        <w:pStyle w:val="ListBullet"/>
      </w:pPr>
      <w:r>
        <w:t>[KB-69d55b34-e506-4b4e-a043-ef842030f397]</w:t>
      </w:r>
    </w:p>
    <w:p>
      <w:pPr>
        <w:pStyle w:val="ListBullet"/>
      </w:pPr>
      <w:r>
        <w:t>[KB-4bd8168d-aed4-41eb-8733-2ab9d82daa22]</w:t>
      </w:r>
    </w:p>
    <w:p>
      <w:pPr>
        <w:pStyle w:val="ListBullet"/>
      </w:pPr>
      <w:r>
        <w:t>[KB-5a54adc1-e1bc-4649-9fe6-237c50ce768c]</w:t>
      </w:r>
    </w:p>
    <w:p>
      <w:pPr>
        <w:pStyle w:val="ListBullet"/>
      </w:pPr>
      <w:r>
        <w:t>[KB-64681fc4-a9bf-458e-bc2d-eb3fb009161b]</w:t>
      </w:r>
    </w:p>
    <w:p>
      <w:pPr>
        <w:pStyle w:val="ListBullet"/>
      </w:pPr>
      <w:r>
        <w:t>[KB-6353c73b-fdb1-409c-9679-739f0ab68585]</w:t>
      </w:r>
    </w:p>
    <w:p>
      <w:pPr>
        <w:pStyle w:val="ListBullet"/>
      </w:pPr>
      <w:r>
        <w:t>[KB-36050440-5a8a-4389-8690-8fd0a46f5cd3]</w:t>
      </w:r>
    </w:p>
    <w:p>
      <w:pPr>
        <w:pStyle w:val="ListBullet"/>
      </w:pPr>
      <w:r>
        <w:t>[KB-90c1a181-8f6a-4efe-be94-d7a6c0e37f5a]</w:t>
      </w:r>
    </w:p>
    <w:p>
      <w:pPr>
        <w:pStyle w:val="ListBullet"/>
      </w:pPr>
      <w:r>
        <w:t>[KB-258b5996-5aad-4f5f-acd2-8e458c49f884]</w:t>
      </w:r>
    </w:p>
    <w:p>
      <w:pPr>
        <w:pStyle w:val="ListBullet"/>
      </w:pPr>
      <w:r>
        <w:t>[KB-0e0f1dd0-0f46-4d13-a092-e3cdc6fdd205]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Document</dc:title>
  <dc:subject/>
  <dc:creator>python-docx</dc:creator>
  <cp:keywords/>
  <dc:description>generated by python-docx</dc:description>
  <cp:lastModifiedBy/>
  <cp:revision>1</cp:revision>
  <dcterms:created xsi:type="dcterms:W3CDTF">2026-07-08T04:10:31Z</dcterms:created>
  <dcterms:modified xsi:type="dcterms:W3CDTF">2013-12-23T23:15:00Z</dcterms:modified>
  <cp:category/>
</cp:coreProperties>
</file>