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Requirements</w:t>
      </w:r>
    </w:p>
    <w:p>
      <w:pPr>
        <w:pStyle w:val="Heading1"/>
      </w:pPr>
      <w:r>
        <w:t>4. Requirements</w:t>
      </w:r>
    </w:p>
    <w:p>
      <w:pPr>
        <w:pStyle w:val="Heading2"/>
      </w:pPr>
      <w:r>
        <w:t>4.1 Functional Requirements</w:t>
      </w:r>
    </w:p>
    <w:p>
      <w:pPr>
        <w:pStyle w:val="Heading3"/>
      </w:pPr>
      <w:r>
        <w:t>4.1.1 Order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ID</w:t>
            </w:r>
          </w:p>
        </w:tc>
        <w:tc>
          <w:tcPr>
            <w:tcW w:type="dxa" w:w="2880"/>
          </w:tcPr>
          <w:p>
            <w:r>
              <w:t>Requirement</w:t>
            </w:r>
          </w:p>
        </w:tc>
        <w:tc>
          <w:tcPr>
            <w:tcW w:type="dxa" w:w="2880"/>
          </w:tcPr>
          <w:p>
            <w:r>
              <w:t>Priority</w:t>
            </w:r>
          </w:p>
        </w:tc>
      </w:tr>
      <w:tr>
        <w:tc>
          <w:tcPr>
            <w:tcW w:type="dxa" w:w="2880"/>
          </w:tcPr>
          <w:p>
            <w:r>
              <w:t>--------</w:t>
            </w:r>
          </w:p>
        </w:tc>
        <w:tc>
          <w:tcPr>
            <w:tcW w:type="dxa" w:w="2880"/>
          </w:tcPr>
          <w:p>
            <w:r>
              <w:t>---------------------------------------------------------------------------------------------------------------</w:t>
            </w:r>
          </w:p>
        </w:tc>
        <w:tc>
          <w:tcPr>
            <w:tcW w:type="dxa" w:w="2880"/>
          </w:tcPr>
          <w:p>
            <w:r>
              <w:t>----------</w:t>
            </w:r>
          </w:p>
        </w:tc>
      </w:tr>
      <w:tr>
        <w:tc>
          <w:tcPr>
            <w:tcW w:type="dxa" w:w="2880"/>
          </w:tcPr>
          <w:p>
            <w:r>
              <w:t>FR-001</w:t>
            </w:r>
          </w:p>
        </w:tc>
        <w:tc>
          <w:tcPr>
            <w:tcW w:type="dxa" w:w="2880"/>
          </w:tcPr>
          <w:p>
            <w:r>
              <w:t>The system shall allow creation of a single order specifying customer information (name, email) and order items (product name, quantity, unit price).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FR-002</w:t>
            </w:r>
          </w:p>
        </w:tc>
        <w:tc>
          <w:tcPr>
            <w:tcW w:type="dxa" w:w="2880"/>
          </w:tcPr>
          <w:p>
            <w:r>
              <w:t>The system shall automatically calculate the total order amount as the sum of (quantity × unit price) for all items.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FR-003</w:t>
            </w:r>
          </w:p>
        </w:tc>
        <w:tc>
          <w:tcPr>
            <w:tcW w:type="dxa" w:w="2880"/>
          </w:tcPr>
          <w:p>
            <w:r>
              <w:t>The system shall support paginated retrieval of order lists using skip and limit parameters.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FR-004</w:t>
            </w:r>
          </w:p>
        </w:tc>
        <w:tc>
          <w:tcPr>
            <w:tcW w:type="dxa" w:w="2880"/>
          </w:tcPr>
          <w:p>
            <w:r>
              <w:t>The system shall allow retrieval of order details (including line items) by order ID.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FR-005</w:t>
            </w:r>
          </w:p>
        </w:tc>
        <w:tc>
          <w:tcPr>
            <w:tcW w:type="dxa" w:w="2880"/>
          </w:tcPr>
          <w:p>
            <w:r>
              <w:t>The system shall support order status transitions: PENDING → PROCESSING → PAID → SHIPPED → DELIVERED.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FR-006</w:t>
            </w:r>
          </w:p>
        </w:tc>
        <w:tc>
          <w:tcPr>
            <w:tcW w:type="dxa" w:w="2880"/>
          </w:tcPr>
          <w:p>
            <w:r>
              <w:t>The system shall support order cancellation, updating the status to CANCELLED.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FR-009</w:t>
            </w:r>
          </w:p>
        </w:tc>
        <w:tc>
          <w:tcPr>
            <w:tcW w:type="dxa" w:w="2880"/>
          </w:tcPr>
          <w:p>
            <w:r>
              <w:t>Upon order cancellation, the system shall send a refund request to the Payment Service.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FR-010</w:t>
            </w:r>
          </w:p>
        </w:tc>
        <w:tc>
          <w:tcPr>
            <w:tcW w:type="dxa" w:w="2880"/>
          </w:tcPr>
          <w:p>
            <w:r>
              <w:t>Upon order cancellation, the system shall send a cancellation notification to the Notification Service.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</w:tbl>
    <w:p>
      <w:r>
        <w:t>[KB-0e0f1dd0-0f46-4d13-a092-e3cdc6fdd205], [KB-55d6e023-2c8e-49db-9409-68b9e9ed721f], [KB-459cbd85-fb6b-4a7e-8a36-e5f711cac6b9], [KB-4651de1d-570d-4c49-8a65-ec5b22855797]</w:t>
      </w:r>
    </w:p>
    <w:p>
      <w:pPr>
        <w:pStyle w:val="Heading3"/>
      </w:pPr>
      <w:r>
        <w:t>4.1.2 Payment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ID</w:t>
            </w:r>
          </w:p>
        </w:tc>
        <w:tc>
          <w:tcPr>
            <w:tcW w:type="dxa" w:w="2880"/>
          </w:tcPr>
          <w:p>
            <w:r>
              <w:t>Requirement</w:t>
            </w:r>
          </w:p>
        </w:tc>
        <w:tc>
          <w:tcPr>
            <w:tcW w:type="dxa" w:w="2880"/>
          </w:tcPr>
          <w:p>
            <w:r>
              <w:t>Priority</w:t>
            </w:r>
          </w:p>
        </w:tc>
      </w:tr>
      <w:tr>
        <w:tc>
          <w:tcPr>
            <w:tcW w:type="dxa" w:w="2880"/>
          </w:tcPr>
          <w:p>
            <w:r>
              <w:t>--------</w:t>
            </w:r>
          </w:p>
        </w:tc>
        <w:tc>
          <w:tcPr>
            <w:tcW w:type="dxa" w:w="2880"/>
          </w:tcPr>
          <w:p>
            <w:r>
              <w:t>------------------------------------------------------------------------------------------------------</w:t>
            </w:r>
          </w:p>
        </w:tc>
        <w:tc>
          <w:tcPr>
            <w:tcW w:type="dxa" w:w="2880"/>
          </w:tcPr>
          <w:p>
            <w:r>
              <w:t>----------</w:t>
            </w:r>
          </w:p>
        </w:tc>
      </w:tr>
      <w:tr>
        <w:tc>
          <w:tcPr>
            <w:tcW w:type="dxa" w:w="2880"/>
          </w:tcPr>
          <w:p>
            <w:r>
              <w:t>FR-013</w:t>
            </w:r>
          </w:p>
        </w:tc>
        <w:tc>
          <w:tcPr>
            <w:tcW w:type="dxa" w:w="2880"/>
          </w:tcPr>
          <w:p>
            <w:r>
              <w:t>The system shall enforce a maximum amount of 1,000,000 JPY per single transaction.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FR-014</w:t>
            </w:r>
          </w:p>
        </w:tc>
        <w:tc>
          <w:tcPr>
            <w:tcW w:type="dxa" w:w="2880"/>
          </w:tcPr>
          <w:p>
            <w:r>
              <w:t>The system shall maintain a 1:1 relationship between orders and payments (one payment per order).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FR-015</w:t>
            </w:r>
          </w:p>
        </w:tc>
        <w:tc>
          <w:tcPr>
            <w:tcW w:type="dxa" w:w="2880"/>
          </w:tcPr>
          <w:p>
            <w:r>
              <w:t>The system shall reject duplicate payment requests for the same order.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FR-016</w:t>
            </w:r>
          </w:p>
        </w:tc>
        <w:tc>
          <w:tcPr>
            <w:tcW w:type="dxa" w:w="2880"/>
          </w:tcPr>
          <w:p>
            <w:r>
              <w:t>The system shall support refund processing for completed payments.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</w:tbl>
    <w:p>
      <w:r>
        <w:t>[KB-299da2e5-721b-4ab1-9bb0-cd2d0f03c8c6], [KB-8072a75f-d61d-49b1-a859-1be86806c449], [KB-90c1a181-8f6a-4efe-be94-d7a6c0e37f5a]</w:t>
      </w:r>
    </w:p>
    <w:p>
      <w:pPr>
        <w:pStyle w:val="Heading3"/>
      </w:pPr>
      <w:r>
        <w:t>4.1.3 Notification Service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ID</w:t>
            </w:r>
          </w:p>
        </w:tc>
        <w:tc>
          <w:tcPr>
            <w:tcW w:type="dxa" w:w="2880"/>
          </w:tcPr>
          <w:p>
            <w:r>
              <w:t>Requirement</w:t>
            </w:r>
          </w:p>
        </w:tc>
        <w:tc>
          <w:tcPr>
            <w:tcW w:type="dxa" w:w="2880"/>
          </w:tcPr>
          <w:p>
            <w:r>
              <w:t>Priority</w:t>
            </w:r>
          </w:p>
        </w:tc>
      </w:tr>
      <w:tr>
        <w:tc>
          <w:tcPr>
            <w:tcW w:type="dxa" w:w="2880"/>
          </w:tcPr>
          <w:p>
            <w:r>
              <w:t>--------</w:t>
            </w:r>
          </w:p>
        </w:tc>
        <w:tc>
          <w:tcPr>
            <w:tcW w:type="dxa" w:w="2880"/>
          </w:tcPr>
          <w:p>
            <w:r>
              <w:t>------------------------------------------------------------------------------------------------------------------------</w:t>
            </w:r>
          </w:p>
        </w:tc>
        <w:tc>
          <w:tcPr>
            <w:tcW w:type="dxa" w:w="2880"/>
          </w:tcPr>
          <w:p>
            <w:r>
              <w:t>----------</w:t>
            </w:r>
          </w:p>
        </w:tc>
      </w:tr>
      <w:tr>
        <w:tc>
          <w:tcPr>
            <w:tcW w:type="dxa" w:w="2880"/>
          </w:tcPr>
          <w:p>
            <w:r>
              <w:t>FR-019</w:t>
            </w:r>
          </w:p>
        </w:tc>
        <w:tc>
          <w:tcPr>
            <w:tcW w:type="dxa" w:w="2880"/>
          </w:tcPr>
          <w:p>
            <w:r>
              <w:t>The system shall send email notifications for individual orders using templates.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FR-020</w:t>
            </w:r>
          </w:p>
        </w:tc>
        <w:tc>
          <w:tcPr>
            <w:tcW w:type="dxa" w:w="2880"/>
          </w:tcPr>
          <w:p>
            <w:r>
              <w:t>The system shall send SMS notifications for individual orders using templates.</w:t>
            </w:r>
          </w:p>
        </w:tc>
        <w:tc>
          <w:tcPr>
            <w:tcW w:type="dxa" w:w="2880"/>
          </w:tcPr>
          <w:p>
            <w:r>
              <w:t>P2</w:t>
            </w:r>
          </w:p>
        </w:tc>
      </w:tr>
      <w:tr>
        <w:tc>
          <w:tcPr>
            <w:tcW w:type="dxa" w:w="2880"/>
          </w:tcPr>
          <w:p>
            <w:r>
              <w:t>FR-021</w:t>
            </w:r>
          </w:p>
        </w:tc>
        <w:tc>
          <w:tcPr>
            <w:tcW w:type="dxa" w:w="2880"/>
          </w:tcPr>
          <w:p>
            <w:r>
              <w:t>The system shall support three notification templates: ORDER_CONFIRMATION, ORDER_SHIPPED, ORDER_CANCELLED.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FR-022</w:t>
            </w:r>
          </w:p>
        </w:tc>
        <w:tc>
          <w:tcPr>
            <w:tcW w:type="dxa" w:w="2880"/>
          </w:tcPr>
          <w:p>
            <w:r>
              <w:t>Templates shall support Jinja2-style variable substitution with Japanese language content.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FR-023</w:t>
            </w:r>
          </w:p>
        </w:tc>
        <w:tc>
          <w:tcPr>
            <w:tcW w:type="dxa" w:w="2880"/>
          </w:tcPr>
          <w:p>
            <w:r>
              <w:t>The system shall track notification delivery status (PENDING, SENT, FAILED).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FR-024</w:t>
            </w:r>
          </w:p>
        </w:tc>
        <w:tc>
          <w:tcPr>
            <w:tcW w:type="dxa" w:w="2880"/>
          </w:tcPr>
          <w:p>
            <w:r>
              <w:t>The system shall retrieve notification history by notification ID.</w:t>
            </w:r>
          </w:p>
        </w:tc>
        <w:tc>
          <w:tcPr>
            <w:tcW w:type="dxa" w:w="2880"/>
          </w:tcPr>
          <w:p>
            <w:r>
              <w:t>P2</w:t>
            </w:r>
          </w:p>
        </w:tc>
      </w:tr>
      <w:tr>
        <w:tc>
          <w:tcPr>
            <w:tcW w:type="dxa" w:w="2880"/>
          </w:tcPr>
          <w:p>
            <w:r>
              <w:t>FR-025</w:t>
            </w:r>
          </w:p>
        </w:tc>
        <w:tc>
          <w:tcPr>
            <w:tcW w:type="dxa" w:w="2880"/>
          </w:tcPr>
          <w:p>
            <w:r>
              <w:t>The system shall retrieve all notifications for a specific order.</w:t>
            </w:r>
          </w:p>
        </w:tc>
        <w:tc>
          <w:tcPr>
            <w:tcW w:type="dxa" w:w="2880"/>
          </w:tcPr>
          <w:p>
            <w:r>
              <w:t>P2</w:t>
            </w:r>
          </w:p>
        </w:tc>
      </w:tr>
    </w:tbl>
    <w:p>
      <w:r>
        <w:t>[KB-6155f440-0799-44eb-851f-9a5b81fbbcf8], [KB-79cd66a7-f8fb-49eb-8181-2e231c58f49d], [KB-582e7673-bd66-493e-b511-017708ae9326]</w:t>
      </w:r>
    </w:p>
    <w:p>
      <w:pPr>
        <w:pStyle w:val="Heading3"/>
      </w:pPr>
      <w:r>
        <w:t>4.1.4 CSV Import and Bulk Order Processing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ID</w:t>
            </w:r>
          </w:p>
        </w:tc>
        <w:tc>
          <w:tcPr>
            <w:tcW w:type="dxa" w:w="2880"/>
          </w:tcPr>
          <w:p>
            <w:r>
              <w:t>Requirement</w:t>
            </w:r>
          </w:p>
        </w:tc>
        <w:tc>
          <w:tcPr>
            <w:tcW w:type="dxa" w:w="2880"/>
          </w:tcPr>
          <w:p>
            <w:r>
              <w:t>Priority</w:t>
            </w:r>
          </w:p>
        </w:tc>
      </w:tr>
      <w:tr>
        <w:tc>
          <w:tcPr>
            <w:tcW w:type="dxa" w:w="2880"/>
          </w:tcPr>
          <w:p>
            <w:r>
              <w:t>---------------</w:t>
            </w:r>
          </w:p>
        </w:tc>
        <w:tc>
          <w:tcPr>
            <w:tcW w:type="dxa" w:w="2880"/>
          </w:tcPr>
          <w:p>
            <w:r>
              <w:t>---------------------------------------------------------------------------------------------------------------------------------------</w:t>
            </w:r>
          </w:p>
        </w:tc>
        <w:tc>
          <w:tcPr>
            <w:tcW w:type="dxa" w:w="2880"/>
          </w:tcPr>
          <w:p>
            <w:r>
              <w:t>----------</w:t>
            </w:r>
          </w:p>
        </w:tc>
      </w:tr>
      <w:tr>
        <w:tc>
          <w:tcPr>
            <w:tcW w:type="dxa" w:w="2880"/>
          </w:tcPr>
          <w:p>
            <w:r>
              <w:t>FR-BULK-001</w:t>
            </w:r>
          </w:p>
        </w:tc>
        <w:tc>
          <w:tcPr>
            <w:tcW w:type="dxa" w:w="2880"/>
          </w:tcPr>
          <w:p>
            <w:r>
              <w:t>The system shall allow users to upload CSV files for bulk order creation. Maximum file size: 50MB. Supported encodings: UTF-8, Shift_JIS.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FR-BULK-002</w:t>
            </w:r>
          </w:p>
        </w:tc>
        <w:tc>
          <w:tcPr>
            <w:tcW w:type="dxa" w:w="2880"/>
          </w:tcPr>
          <w:p>
            <w:r>
              <w:t>The system shall validate CSV structure, data types, and required fields. Error rows shall be identified and reported.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FR-BULK-003</w:t>
            </w:r>
          </w:p>
        </w:tc>
        <w:tc>
          <w:tcPr>
            <w:tcW w:type="dxa" w:w="2880"/>
          </w:tcPr>
          <w:p>
            <w:r>
              <w:t>The system shall create orders in bulk from validated CSV data. Supports 100–10,000 orders.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FR-BULK-004</w:t>
            </w:r>
          </w:p>
        </w:tc>
        <w:tc>
          <w:tcPr>
            <w:tcW w:type="dxa" w:w="2880"/>
          </w:tcPr>
          <w:p>
            <w:r>
              <w:t>The system shall process payments in bulk for created orders. Each order payment is processed individually (no batch payment endpoint).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FR-BULK-005</w:t>
            </w:r>
          </w:p>
        </w:tc>
        <w:tc>
          <w:tcPr>
            <w:tcW w:type="dxa" w:w="2880"/>
          </w:tcPr>
          <w:p>
            <w:r>
              <w:t>The system shall send confirmation emails in bulk to all order recipients after import.</w:t>
            </w:r>
          </w:p>
        </w:tc>
        <w:tc>
          <w:tcPr>
            <w:tcW w:type="dxa" w:w="2880"/>
          </w:tcPr>
          <w:p>
            <w:r>
              <w:t>P2</w:t>
            </w:r>
          </w:p>
        </w:tc>
      </w:tr>
      <w:tr>
        <w:tc>
          <w:tcPr>
            <w:tcW w:type="dxa" w:w="2880"/>
          </w:tcPr>
          <w:p>
            <w:r>
              <w:t>FR-BULK-006</w:t>
            </w:r>
          </w:p>
        </w:tc>
        <w:tc>
          <w:tcPr>
            <w:tcW w:type="dxa" w:w="2880"/>
          </w:tcPr>
          <w:p>
            <w:r>
              <w:t>The system shall display real-time progress tracking of import processing (processed count/total count).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FR-BULK-007</w:t>
            </w:r>
          </w:p>
        </w:tc>
        <w:tc>
          <w:tcPr>
            <w:tcW w:type="dxa" w:w="2880"/>
          </w:tcPr>
          <w:p>
            <w:r>
              <w:t>The system shall handle partial failures; successful orders are retained, failed orders are listed for download.</w:t>
            </w:r>
          </w:p>
        </w:tc>
        <w:tc>
          <w:tcPr>
            <w:tcW w:type="dxa" w:w="2880"/>
          </w:tcPr>
          <w:p>
            <w:r>
              <w:t>P1</w:t>
            </w:r>
          </w:p>
        </w:tc>
      </w:tr>
      <w:tr>
        <w:tc>
          <w:tcPr>
            <w:tcW w:type="dxa" w:w="2880"/>
          </w:tcPr>
          <w:p>
            <w:r>
              <w:t>FR-BULK-009</w:t>
            </w:r>
          </w:p>
        </w:tc>
        <w:tc>
          <w:tcPr>
            <w:tcW w:type="dxa" w:w="2880"/>
          </w:tcPr>
          <w:p>
            <w:r>
              <w:t>The system shall allow download of a correctly formatted CSV template for import.</w:t>
            </w:r>
          </w:p>
        </w:tc>
        <w:tc>
          <w:tcPr>
            <w:tcW w:type="dxa" w:w="2880"/>
          </w:tcPr>
          <w:p>
            <w:r>
              <w:t>P3</w:t>
            </w:r>
          </w:p>
        </w:tc>
      </w:tr>
      <w:tr>
        <w:tc>
          <w:tcPr>
            <w:tcW w:type="dxa" w:w="2880"/>
          </w:tcPr>
          <w:p>
            <w:r>
              <w:t>FR-BULK-010</w:t>
            </w:r>
          </w:p>
        </w:tc>
        <w:tc>
          <w:tcPr>
            <w:tcW w:type="dxa" w:w="2880"/>
          </w:tcPr>
          <w:p>
            <w:r>
              <w:t>The system shall allow cancellation of ongoing imports; unprocessed orders are not created.</w:t>
            </w:r>
          </w:p>
        </w:tc>
        <w:tc>
          <w:tcPr>
            <w:tcW w:type="dxa" w:w="2880"/>
          </w:tcPr>
          <w:p>
            <w:r>
              <w:t>P3</w:t>
            </w:r>
          </w:p>
        </w:tc>
      </w:tr>
    </w:tbl>
    <w:p>
      <w:r>
        <w:t>[KB-063a89e7-bb79-4435-993b-95ec7b9a9e4e], [KB-2d968f58-3ed8-4207-9d71-0c429c197cb4], [KB-35c9e00d-f446-4174-be65-d214ecbff895], [KB-89dddd9a-2e13-46e7-99a4-34c3bd37e57], [KB-6aa21c29-11f1-4b6b-b8e8-2c9990900522]</w:t>
      </w:r>
    </w:p>
    <w:p>
      <w:pPr>
        <w:pStyle w:val="Heading3"/>
      </w:pPr>
      <w:r>
        <w:t>4.1.5 API Endpoints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Endpoint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t>-------------------------------------------</w:t>
            </w:r>
          </w:p>
        </w:tc>
        <w:tc>
          <w:tcPr>
            <w:tcW w:type="dxa" w:w="4320"/>
          </w:tcPr>
          <w:p>
            <w:r>
              <w:t>--------------------------------------------------------------------------------------------------</w:t>
            </w:r>
          </w:p>
        </w:tc>
      </w:tr>
      <w:tr>
        <w:tc>
          <w:tcPr>
            <w:tcW w:type="dxa" w:w="4320"/>
          </w:tcPr>
          <w:p>
            <w:r>
              <w:t>POST /api/v1/orders/</w:t>
            </w:r>
          </w:p>
        </w:tc>
        <w:tc>
          <w:tcPr>
            <w:tcW w:type="dxa" w:w="4320"/>
          </w:tcPr>
          <w:p>
            <w:r>
              <w:t>Create a single order. Bulk/batch creation not supported.</w:t>
            </w:r>
          </w:p>
        </w:tc>
      </w:tr>
      <w:tr>
        <w:tc>
          <w:tcPr>
            <w:tcW w:type="dxa" w:w="4320"/>
          </w:tcPr>
          <w:p>
            <w:r>
              <w:t>GET /api/v1/orders/</w:t>
            </w:r>
          </w:p>
        </w:tc>
        <w:tc>
          <w:tcPr>
            <w:tcW w:type="dxa" w:w="4320"/>
          </w:tcPr>
          <w:p>
            <w:r>
              <w:t>Retrieve paginated list of orders (skip, limit; default limit=20).</w:t>
            </w:r>
          </w:p>
        </w:tc>
      </w:tr>
      <w:tr>
        <w:tc>
          <w:tcPr>
            <w:tcW w:type="dxa" w:w="4320"/>
          </w:tcPr>
          <w:p>
            <w:r>
              <w:t>GET /api/v1/orders/{order_id}</w:t>
            </w:r>
          </w:p>
        </w:tc>
        <w:tc>
          <w:tcPr>
            <w:tcW w:type="dxa" w:w="4320"/>
          </w:tcPr>
          <w:p>
            <w:r>
              <w:t>Retrieve details for a specific order.</w:t>
            </w:r>
          </w:p>
        </w:tc>
      </w:tr>
      <w:tr>
        <w:tc>
          <w:tcPr>
            <w:tcW w:type="dxa" w:w="4320"/>
          </w:tcPr>
          <w:p>
            <w:r>
              <w:t>PUT /api/v1/orders/{order_id}/status</w:t>
            </w:r>
          </w:p>
        </w:tc>
        <w:tc>
          <w:tcPr>
            <w:tcW w:type="dxa" w:w="4320"/>
          </w:tcPr>
          <w:p>
            <w:r>
              <w:t>Update order status. Setting status to SHIPPED triggers shipment notification.</w:t>
            </w:r>
          </w:p>
        </w:tc>
      </w:tr>
      <w:tr>
        <w:tc>
          <w:tcPr>
            <w:tcW w:type="dxa" w:w="4320"/>
          </w:tcPr>
          <w:p>
            <w:r>
              <w:t>DELETE /api/v1/orders/{order_id}</w:t>
            </w:r>
          </w:p>
        </w:tc>
        <w:tc>
          <w:tcPr>
            <w:tcW w:type="dxa" w:w="4320"/>
          </w:tcPr>
          <w:p>
            <w:r>
              <w:t>Cancel order. Triggers refund via Payment Service and cancellation email via Notification Service.</w:t>
            </w:r>
          </w:p>
        </w:tc>
      </w:tr>
      <w:tr>
        <w:tc>
          <w:tcPr>
            <w:tcW w:type="dxa" w:w="4320"/>
          </w:tcPr>
          <w:p>
            <w:r>
              <w:t>POST /api/v1/orders/{order_id}/webhook</w:t>
            </w:r>
          </w:p>
        </w:tc>
        <w:tc>
          <w:tcPr>
            <w:tcW w:type="dxa" w:w="4320"/>
          </w:tcPr>
          <w:p>
            <w:r>
              <w:t>Receive payment status update from Payment Service. Updates order status accordingly.</w:t>
            </w:r>
          </w:p>
        </w:tc>
      </w:tr>
      <w:tr>
        <w:tc>
          <w:tcPr>
            <w:tcW w:type="dxa" w:w="4320"/>
          </w:tcPr>
          <w:p>
            <w:r>
              <w:t>POST /api/v1/payments/</w:t>
            </w:r>
          </w:p>
        </w:tc>
        <w:tc>
          <w:tcPr>
            <w:tcW w:type="dxa" w:w="4320"/>
          </w:tcPr>
          <w:p>
            <w:r>
              <w:t>Process payment for a single order. Amount must be between 100 and 1,000,000 JPY.</w:t>
            </w:r>
          </w:p>
        </w:tc>
      </w:tr>
      <w:tr>
        <w:tc>
          <w:tcPr>
            <w:tcW w:type="dxa" w:w="4320"/>
          </w:tcPr>
          <w:p>
            <w:r>
              <w:t>GET /api/v1/payments/{payment_id}</w:t>
            </w:r>
          </w:p>
        </w:tc>
        <w:tc>
          <w:tcPr>
            <w:tcW w:type="dxa" w:w="4320"/>
          </w:tcPr>
          <w:p>
            <w:r>
              <w:t>Retrieve payment details by payment ID.</w:t>
            </w:r>
          </w:p>
        </w:tc>
      </w:tr>
      <w:tr>
        <w:tc>
          <w:tcPr>
            <w:tcW w:type="dxa" w:w="4320"/>
          </w:tcPr>
          <w:p>
            <w:r>
              <w:t>GET /api/v1/payments/order/{order_id}</w:t>
            </w:r>
          </w:p>
        </w:tc>
        <w:tc>
          <w:tcPr>
            <w:tcW w:type="dxa" w:w="4320"/>
          </w:tcPr>
          <w:p>
            <w:r>
              <w:t>Retrieve payment for a specific order (1:1 relationship).</w:t>
            </w:r>
          </w:p>
        </w:tc>
      </w:tr>
      <w:tr>
        <w:tc>
          <w:tcPr>
            <w:tcW w:type="dxa" w:w="4320"/>
          </w:tcPr>
          <w:p>
            <w:r>
              <w:t>POST /api/v1/payments/refund</w:t>
            </w:r>
          </w:p>
        </w:tc>
        <w:tc>
          <w:tcPr>
            <w:tcW w:type="dxa" w:w="4320"/>
          </w:tcPr>
          <w:p>
            <w:r>
              <w:t>Process refund for a completed payment.</w:t>
            </w:r>
          </w:p>
        </w:tc>
      </w:tr>
      <w:tr>
        <w:tc>
          <w:tcPr>
            <w:tcW w:type="dxa" w:w="4320"/>
          </w:tcPr>
          <w:p>
            <w:r>
              <w:t>POST /api/v1/notifications/email</w:t>
            </w:r>
          </w:p>
        </w:tc>
        <w:tc>
          <w:tcPr>
            <w:tcW w:type="dxa" w:w="4320"/>
          </w:tcPr>
          <w:p>
            <w:r>
              <w:t>Send single email notification (rate limit: 10/sec).</w:t>
            </w:r>
          </w:p>
        </w:tc>
      </w:tr>
      <w:tr>
        <w:tc>
          <w:tcPr>
            <w:tcW w:type="dxa" w:w="4320"/>
          </w:tcPr>
          <w:p>
            <w:r>
              <w:t>POST /api/v1/notifications/sms</w:t>
            </w:r>
          </w:p>
        </w:tc>
        <w:tc>
          <w:tcPr>
            <w:tcW w:type="dxa" w:w="4320"/>
          </w:tcPr>
          <w:p>
            <w:r>
              <w:t>Send single SMS notification.</w:t>
            </w:r>
          </w:p>
        </w:tc>
      </w:tr>
      <w:tr>
        <w:tc>
          <w:tcPr>
            <w:tcW w:type="dxa" w:w="4320"/>
          </w:tcPr>
          <w:p>
            <w:r>
              <w:t>GET /api/v1/notifications/{notification_id}</w:t>
            </w:r>
          </w:p>
        </w:tc>
        <w:tc>
          <w:tcPr>
            <w:tcW w:type="dxa" w:w="4320"/>
          </w:tcPr>
          <w:p>
            <w:r>
              <w:t>Retrieve notification history by notification ID.</w:t>
            </w:r>
          </w:p>
        </w:tc>
      </w:tr>
      <w:tr>
        <w:tc>
          <w:tcPr>
            <w:tcW w:type="dxa" w:w="4320"/>
          </w:tcPr>
          <w:p>
            <w:r>
              <w:t>GET /api/v1/notifications/order/{order_id}</w:t>
            </w:r>
          </w:p>
        </w:tc>
        <w:tc>
          <w:tcPr>
            <w:tcW w:type="dxa" w:w="4320"/>
          </w:tcPr>
          <w:p>
            <w:r>
              <w:t>Retrieve all notifications for a specific order.</w:t>
            </w:r>
          </w:p>
        </w:tc>
      </w:tr>
    </w:tbl>
    <w:p>
      <w:r>
        <w:t>[KB-459cbd85-fb6b-4a7e-8a36-e5f711cac6b9], [KB-4287fde1-e2d9-4e31-8f2f-5c3f64f00add], [KB-8072a75f-d61d-49b1-a859-1be86806c449], [KB-582e7673-bd66-493e-b511-017708ae9326], [KB-2414677b-6e22-47f5-917c-2ed718d86fd4], [KB-4d364408-238b-4248-925a-97d5a3446d3c], [KB-36050440-5a8a-4389-8690-8fd0a46f5cd3], [KB-981308db-2c30-4894-ba6b-491bf40b1d24]</w:t>
      </w:r>
    </w:p>
    <w:p>
      <w:pPr>
        <w:pStyle w:val="Heading2"/>
      </w:pPr>
      <w:r>
        <w:t>4.2 Constraints</w:t>
      </w:r>
    </w:p>
    <w:p>
      <w:pPr>
        <w:pStyle w:val="ListBullet"/>
      </w:pPr>
      <w:r>
        <w:t>Only single order creation, payment, and notification per API request; no batch endpoints for these operations.</w:t>
      </w:r>
    </w:p>
    <w:p>
      <w:pPr>
        <w:pStyle w:val="ListBullet"/>
      </w:pPr>
      <w:r>
        <w:t>Maximum payment amount per transaction is 1,000,000 JPY.</w:t>
      </w:r>
    </w:p>
    <w:p>
      <w:pPr>
        <w:pStyle w:val="ListBullet"/>
      </w:pPr>
      <w:r>
        <w:t>Bulk order import requires individual payment processing for each order; no aggregated batch payment endpoint.</w:t>
      </w:r>
    </w:p>
    <w:p>
      <w:pPr>
        <w:pStyle w:val="ListBullet"/>
      </w:pPr>
      <w:r>
        <w:t>CSV file uploads are limited to 50MB and must be UTF-8 or Shift</w:t>
      </w:r>
      <w:r>
        <w:t>_</w:t>
      </w:r>
      <w:r>
        <w:t>JIS encoded.</w:t>
      </w:r>
    </w:p>
    <w:p>
      <w:pPr>
        <w:pStyle w:val="ListBullet"/>
      </w:pPr>
      <w:r>
        <w:t>Rate limits apply: Notification Service (10 emails/sec), Payment Service (100 req/min per user, 1000 req/min per service).</w:t>
      </w:r>
    </w:p>
    <w:p>
      <w:pPr>
        <w:pStyle w:val="ListBullet"/>
      </w:pPr>
      <w:r>
        <w:t>Error responses follow RFC 7807 Problem Details for HTTP APIs.</w:t>
      </w:r>
    </w:p>
    <w:p>
      <w:r>
        <w:t>[KB-564ae239-84b1-4ef2-bb04-b7e829eb53b6], [KB-8072a75f-d61d-49b1-a859-1be86806c449], [KB-36050440-5a8a-4389-8690-8fd0a46f5cd3], [KB-4c9591c9-34d5-42b1-a0e2-1de20131159c], [KB-6353c73b-fdb1-409c-9679-739f0ab68585]</w:t>
      </w:r>
    </w:p>
    <w:p>
      <w:pPr>
        <w:pStyle w:val="Heading2"/>
      </w:pPr>
      <w:r>
        <w:t>4.3 Business Requirements</w:t>
      </w:r>
    </w:p>
    <w:p>
      <w:pPr>
        <w:pStyle w:val="ListBullet"/>
      </w:pPr>
      <w:r>
        <w:t>The system must support operational efficiency for corporate customers by enabling bulk order import via CSV (100–10,000 orders).</w:t>
      </w:r>
    </w:p>
    <w:p>
      <w:pPr>
        <w:pStyle w:val="ListBullet"/>
      </w:pPr>
      <w:r>
        <w:t>Bulk import must provide progress tracking, partial failure handling, and notification delivery for all successfully imported orders.</w:t>
      </w:r>
    </w:p>
    <w:p>
      <w:pPr>
        <w:pStyle w:val="ListBullet"/>
      </w:pPr>
      <w:r>
        <w:t>Corporate customers require CSV import to streamline business processes, as current order creation is limited to single orders via REST API or admin interface.</w:t>
      </w:r>
    </w:p>
    <w:p>
      <w:r>
        <w:t>[KB-0300f3b7-a279-4396-bf18-c17f413ebe6d], [KB-155b5f4a-d232-4166-bb96-ba158f86ceb1], [KB-1603dccf-0e13-426d-a4c3-527af9e69c16], [KB-2b0238e6-fb8b-4c64-bbb0-73de35f73a08], [KB-6ef0a78b-63b6-493a-a7b0-76398d5a2889], [KB-94407aa3-d1ac-4455-a68c-265236fefec4]</w:t>
      </w:r>
    </w:p>
    <w:p>
      <w:pPr>
        <w:pStyle w:val="Heading2"/>
      </w:pPr>
      <w:r>
        <w:t>4.4 Data Requirements</w:t>
      </w:r>
    </w:p>
    <w:p>
      <w:pPr>
        <w:pStyle w:val="ListBullet"/>
      </w:pPr>
      <w:r>
        <w:t>Order data must include customer name, customer email, item details (product name, quantity, unit price), total amount, currency, and timestamps.</w:t>
      </w:r>
    </w:p>
    <w:p>
      <w:pPr>
        <w:pStyle w:val="ListBullet"/>
      </w:pPr>
      <w:r>
        <w:t>Notification data must include order ID, channel (email/SMS), template name, recipient, subject, body, status, and timestamps.</w:t>
      </w:r>
    </w:p>
    <w:p>
      <w:pPr>
        <w:pStyle w:val="ListBullet"/>
      </w:pPr>
      <w:r>
        <w:t>Payment data must include order ID, amount, currency, status, payment method, transaction ID, and timestamps.</w:t>
      </w:r>
    </w:p>
    <w:p>
      <w:r>
        <w:t>[KB-1bfa4181-74da-4372-ba8f-acf6d7aa41c4], [KB-258b5996-5aad-4f5f-acd2-8e458c49f884], [KB-90c1a181-8f6a-4efe-be94-d7a6c0e37f5a]</w:t>
      </w:r>
    </w:p>
    <w:p>
      <w:pPr>
        <w:pStyle w:val="Heading2"/>
      </w:pPr>
      <w:r>
        <w:t>4.5 Interface Requirements</w:t>
      </w:r>
    </w:p>
    <w:p>
      <w:pPr>
        <w:pStyle w:val="ListBullet"/>
      </w:pPr>
      <w:r>
        <w:t>Order Service, Payment Service, and Notification Service must interact via defined REST API endpoints.</w:t>
      </w:r>
    </w:p>
    <w:p>
      <w:pPr>
        <w:pStyle w:val="ListBullet"/>
      </w:pPr>
      <w:r>
        <w:t>Webhook mechanism is used for Payment Service to notify Order Service of payment status changes.</w:t>
      </w:r>
    </w:p>
    <w:p>
      <w:pPr>
        <w:pStyle w:val="ListBullet"/>
      </w:pPr>
      <w:r>
        <w:t>Notification Service templates use Jinja2 syntax for variable substitution.</w:t>
      </w:r>
    </w:p>
    <w:p>
      <w:r>
        <w:t>[KB-1a8a8c49-5d2d-4747-b2de-4e95950cdf44], [KB-3133bf0e-2d7b-46bc-ae60-dac1a20281ed]</w:t>
      </w:r>
    </w:p>
    <w:p>
      <w:pPr>
        <w:pStyle w:val="Heading2"/>
      </w:pPr>
      <w:r>
        <w:t>4.6 Performance Requirements</w:t>
      </w:r>
    </w:p>
    <w:p>
      <w:pPr>
        <w:pStyle w:val="ListBullet"/>
      </w:pPr>
      <w:r>
        <w:t>Bulk order creation (up to 10,000 orders) must be completed within 5 minutes.</w:t>
      </w:r>
    </w:p>
    <w:p>
      <w:pPr>
        <w:pStyle w:val="ListBullet"/>
      </w:pPr>
      <w:r>
        <w:t>Real-time progress tracking must be available during bulk import.</w:t>
      </w:r>
    </w:p>
    <w:p>
      <w:pPr>
        <w:pStyle w:val="ListBullet"/>
      </w:pPr>
      <w:r>
        <w:t>Notification delivery must respect rate limits and provide delivery status tracking.</w:t>
      </w:r>
    </w:p>
    <w:p>
      <w:r>
        <w:t>[KB-35c9e00d-f446-4174-be65-d214ecbff895], [KB-0e28e3cb-6977-43b1-ba8e-1ed80f2de11e]</w:t>
      </w:r>
    </w:p>
    <w:p>
      <w:r>
        <w:t>---</w:t>
      </w:r>
    </w:p>
    <w:p>
      <w:r>
        <w:t>[GAP: Missing data for Requirements] — If additional requirements (e.g., security, audit, reporting) are needed, please provide further context.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Document</dc:title>
  <dc:subject/>
  <dc:creator>python-docx</dc:creator>
  <cp:keywords/>
  <dc:description>generated by python-docx</dc:description>
  <cp:lastModifiedBy/>
  <cp:revision>1</cp:revision>
  <dcterms:created xsi:type="dcterms:W3CDTF">2026-06-12T03:04:25Z</dcterms:created>
  <dcterms:modified xsi:type="dcterms:W3CDTF">2013-12-23T23:15:00Z</dcterms:modified>
  <cp:category/>
</cp:coreProperties>
</file>